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712DC" w14:textId="77777777" w:rsidR="002A3CE4" w:rsidRDefault="002A3CE4">
      <w:pPr>
        <w:jc w:val="center"/>
      </w:pPr>
    </w:p>
    <w:p w14:paraId="218EE911" w14:textId="77777777" w:rsidR="002A3CE4" w:rsidRDefault="002A3CE4">
      <w:pPr>
        <w:jc w:val="center"/>
      </w:pPr>
    </w:p>
    <w:p w14:paraId="320995FC" w14:textId="77777777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RETI PER IL RAFFORZAMENTO COMPETITIVO DELLE FILIERE</w:t>
      </w:r>
    </w:p>
    <w:p w14:paraId="34CBB698" w14:textId="77777777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PR MARCHE FESR 2021/2027 – ASSE 1 – OS 1.1 – AZIONE 1.3.1 – Intervento 1.3.1.1</w:t>
      </w:r>
    </w:p>
    <w:p w14:paraId="0628BB17" w14:textId="77777777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</w:p>
    <w:p w14:paraId="639E1AF9" w14:textId="30940E5E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ALLEGATO R.</w:t>
      </w:r>
      <w:r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3</w:t>
      </w:r>
    </w:p>
    <w:p w14:paraId="692FB42A" w14:textId="77777777" w:rsidR="002A3CE4" w:rsidRPr="002A3CE4" w:rsidRDefault="0028279A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DICHIARAZIONE SOSTITUTIVA DI ATTO DI NOTORIETÀ</w:t>
      </w:r>
    </w:p>
    <w:p w14:paraId="3DA4BF14" w14:textId="1A1A687D" w:rsidR="002A3CE4" w:rsidRPr="002A3CE4" w:rsidRDefault="0028279A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 xml:space="preserve">INERENTE </w:t>
      </w:r>
      <w:proofErr w:type="gramStart"/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LE</w:t>
      </w:r>
      <w:proofErr w:type="gramEnd"/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 xml:space="preserve"> SPESE GENERALI.</w:t>
      </w:r>
    </w:p>
    <w:p w14:paraId="2441619C" w14:textId="77777777" w:rsidR="00DE6842" w:rsidRPr="002A3CE4" w:rsidRDefault="0028279A" w:rsidP="0028279A">
      <w:pPr>
        <w:tabs>
          <w:tab w:val="left" w:pos="142"/>
        </w:tabs>
        <w:ind w:left="-284" w:right="-432"/>
        <w:jc w:val="center"/>
        <w:rPr>
          <w:rFonts w:ascii="Arial" w:hAnsi="Arial" w:cs="Arial"/>
        </w:rPr>
      </w:pPr>
      <w:r w:rsidRPr="002A3CE4">
        <w:rPr>
          <w:rFonts w:ascii="Arial" w:hAnsi="Arial" w:cs="Arial"/>
        </w:rPr>
        <w:t>(Art. 47 del D.P.R. 28 dicembre 2000, n. 445)</w:t>
      </w:r>
    </w:p>
    <w:p w14:paraId="7B4A60E1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6F739551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Il/La sottoscritto/a</w:t>
      </w:r>
    </w:p>
    <w:p w14:paraId="40342EC0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Cognome: _______________________________</w:t>
      </w:r>
    </w:p>
    <w:p w14:paraId="2CF24C00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Nome: _________________________________</w:t>
      </w:r>
    </w:p>
    <w:p w14:paraId="34BE496E" w14:textId="12AC82C5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proofErr w:type="spellStart"/>
      <w:r w:rsidRPr="002A3CE4">
        <w:rPr>
          <w:rFonts w:ascii="Arial" w:hAnsi="Arial" w:cs="Arial"/>
        </w:rPr>
        <w:t>Codice</w:t>
      </w:r>
      <w:proofErr w:type="spellEnd"/>
      <w:r w:rsidRPr="002A3CE4">
        <w:rPr>
          <w:rFonts w:ascii="Arial" w:hAnsi="Arial" w:cs="Arial"/>
        </w:rPr>
        <w:t xml:space="preserve"> </w:t>
      </w:r>
      <w:proofErr w:type="spellStart"/>
      <w:r w:rsidRPr="002A3CE4">
        <w:rPr>
          <w:rFonts w:ascii="Arial" w:hAnsi="Arial" w:cs="Arial"/>
        </w:rPr>
        <w:t>Fiscale</w:t>
      </w:r>
      <w:proofErr w:type="spellEnd"/>
      <w:r w:rsidRPr="002A3CE4">
        <w:rPr>
          <w:rFonts w:ascii="Arial" w:hAnsi="Arial" w:cs="Arial"/>
        </w:rPr>
        <w:t xml:space="preserve">: </w:t>
      </w:r>
      <w:r w:rsidRPr="002A3CE4">
        <w:rPr>
          <w:rFonts w:ascii="Arial" w:hAnsi="Arial" w:cs="Arial"/>
        </w:rPr>
        <w:t>_________________________</w:t>
      </w:r>
    </w:p>
    <w:p w14:paraId="0313C599" w14:textId="2CC5B48A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proofErr w:type="spellStart"/>
      <w:r w:rsidRPr="002A3CE4">
        <w:rPr>
          <w:rFonts w:ascii="Arial" w:hAnsi="Arial" w:cs="Arial"/>
          <w:b/>
          <w:bCs/>
        </w:rPr>
        <w:t>Nato</w:t>
      </w:r>
      <w:proofErr w:type="spellEnd"/>
      <w:r w:rsidRPr="002A3CE4">
        <w:rPr>
          <w:rFonts w:ascii="Arial" w:hAnsi="Arial" w:cs="Arial"/>
          <w:b/>
          <w:bCs/>
        </w:rPr>
        <w:t>/a</w:t>
      </w:r>
      <w:r>
        <w:rPr>
          <w:rFonts w:ascii="Arial" w:hAnsi="Arial" w:cs="Arial"/>
          <w:b/>
          <w:bCs/>
        </w:rPr>
        <w:t xml:space="preserve"> in</w:t>
      </w:r>
      <w:r w:rsidRPr="002A3CE4">
        <w:rPr>
          <w:rFonts w:ascii="Arial" w:hAnsi="Arial" w:cs="Arial"/>
          <w:b/>
          <w:bCs/>
        </w:rPr>
        <w:t>:</w:t>
      </w:r>
    </w:p>
    <w:p w14:paraId="289040BF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Stato: _________________________________</w:t>
      </w:r>
    </w:p>
    <w:p w14:paraId="4110A1C7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Comune: _______________________________  Prov. (____)</w:t>
      </w:r>
    </w:p>
    <w:p w14:paraId="4856CDEF" w14:textId="7F218000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 xml:space="preserve">Data di </w:t>
      </w:r>
      <w:proofErr w:type="spellStart"/>
      <w:r w:rsidRPr="002A3CE4">
        <w:rPr>
          <w:rFonts w:ascii="Arial" w:hAnsi="Arial" w:cs="Arial"/>
        </w:rPr>
        <w:t>nascita</w:t>
      </w:r>
      <w:proofErr w:type="spellEnd"/>
      <w:r w:rsidRPr="002A3CE4">
        <w:rPr>
          <w:rFonts w:ascii="Arial" w:hAnsi="Arial" w:cs="Arial"/>
        </w:rPr>
        <w:t>: ________________________</w:t>
      </w:r>
    </w:p>
    <w:p w14:paraId="452716B3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Residente in:</w:t>
      </w:r>
    </w:p>
    <w:p w14:paraId="079EB8CF" w14:textId="1E2C94D6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proofErr w:type="spellStart"/>
      <w:r w:rsidRPr="002A3CE4">
        <w:rPr>
          <w:rFonts w:ascii="Arial" w:hAnsi="Arial" w:cs="Arial"/>
        </w:rPr>
        <w:t>Comune</w:t>
      </w:r>
      <w:proofErr w:type="spellEnd"/>
      <w:r w:rsidRPr="002A3CE4">
        <w:rPr>
          <w:rFonts w:ascii="Arial" w:hAnsi="Arial" w:cs="Arial"/>
        </w:rPr>
        <w:t>: _______________________________  Prov. (____)</w:t>
      </w:r>
    </w:p>
    <w:p w14:paraId="6F248043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CAP: ____________</w:t>
      </w:r>
    </w:p>
    <w:p w14:paraId="66598AD7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Indirizzo: ______________________________</w:t>
      </w:r>
    </w:p>
    <w:p w14:paraId="143047BB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1B3C7A72" w14:textId="5C7ABA31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 xml:space="preserve">In qualità di legale rappresentante dell’impresa </w:t>
      </w:r>
      <w:proofErr w:type="spellStart"/>
      <w:r w:rsidRPr="002A3CE4">
        <w:rPr>
          <w:rFonts w:ascii="Arial" w:hAnsi="Arial" w:cs="Arial"/>
          <w:b/>
          <w:bCs/>
        </w:rPr>
        <w:t>capofila</w:t>
      </w:r>
      <w:proofErr w:type="spellEnd"/>
      <w:r w:rsidRPr="002A3CE4">
        <w:rPr>
          <w:rFonts w:ascii="Arial" w:hAnsi="Arial" w:cs="Arial"/>
          <w:b/>
          <w:bCs/>
        </w:rPr>
        <w:t xml:space="preserve"> / impresa </w:t>
      </w:r>
      <w:proofErr w:type="spellStart"/>
      <w:r w:rsidR="002A3CE4">
        <w:rPr>
          <w:rFonts w:ascii="Arial" w:hAnsi="Arial" w:cs="Arial"/>
          <w:b/>
          <w:bCs/>
        </w:rPr>
        <w:t>proponente</w:t>
      </w:r>
      <w:proofErr w:type="spellEnd"/>
      <w:r w:rsidR="002A3CE4">
        <w:rPr>
          <w:rFonts w:ascii="Arial" w:hAnsi="Arial" w:cs="Arial"/>
          <w:b/>
          <w:bCs/>
        </w:rPr>
        <w:t>:</w:t>
      </w:r>
    </w:p>
    <w:p w14:paraId="7A323303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Ragione sociale: _________________________</w:t>
      </w:r>
    </w:p>
    <w:p w14:paraId="72DC04DB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Sede legale in: Comune __________________ Prov. (____)  CAP ______</w:t>
      </w:r>
    </w:p>
    <w:p w14:paraId="25737FAC" w14:textId="77777777" w:rsidR="002A3CE4" w:rsidRDefault="002A3CE4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5E12C36B" w14:textId="1AB302AA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proofErr w:type="spellStart"/>
      <w:r w:rsidRPr="002A3CE4">
        <w:rPr>
          <w:rFonts w:ascii="Arial" w:hAnsi="Arial" w:cs="Arial"/>
        </w:rPr>
        <w:t>Codice</w:t>
      </w:r>
      <w:proofErr w:type="spellEnd"/>
      <w:r w:rsidRPr="002A3CE4">
        <w:rPr>
          <w:rFonts w:ascii="Arial" w:hAnsi="Arial" w:cs="Arial"/>
        </w:rPr>
        <w:t xml:space="preserve"> </w:t>
      </w:r>
      <w:proofErr w:type="spellStart"/>
      <w:r w:rsidRPr="002A3CE4">
        <w:rPr>
          <w:rFonts w:ascii="Arial" w:hAnsi="Arial" w:cs="Arial"/>
        </w:rPr>
        <w:t>Fiscale</w:t>
      </w:r>
      <w:proofErr w:type="spellEnd"/>
      <w:r w:rsidRPr="002A3CE4">
        <w:rPr>
          <w:rFonts w:ascii="Arial" w:hAnsi="Arial" w:cs="Arial"/>
        </w:rPr>
        <w:t>: _______________________</w:t>
      </w:r>
      <w:r>
        <w:rPr>
          <w:rFonts w:ascii="Arial" w:hAnsi="Arial" w:cs="Arial"/>
        </w:rPr>
        <w:t xml:space="preserve"> , </w:t>
      </w:r>
      <w:r w:rsidRPr="002A3CE4">
        <w:rPr>
          <w:rFonts w:ascii="Arial" w:hAnsi="Arial" w:cs="Arial"/>
        </w:rPr>
        <w:t>Partita IVA: ____________________________</w:t>
      </w:r>
      <w:r>
        <w:rPr>
          <w:rFonts w:ascii="Arial" w:hAnsi="Arial" w:cs="Arial"/>
        </w:rPr>
        <w:t>,</w:t>
      </w:r>
    </w:p>
    <w:p w14:paraId="10DFC39B" w14:textId="35F0E928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Tel.: ______</w:t>
      </w:r>
      <w:r w:rsidRPr="002A3CE4">
        <w:rPr>
          <w:rFonts w:ascii="Arial" w:hAnsi="Arial" w:cs="Arial"/>
        </w:rPr>
        <w:t>___________   E-mail: ______________</w:t>
      </w:r>
      <w:r w:rsidRPr="002A3CE4">
        <w:rPr>
          <w:rFonts w:ascii="Arial" w:hAnsi="Arial" w:cs="Arial"/>
        </w:rPr>
        <w:t xml:space="preserve">___   PEC: </w:t>
      </w:r>
      <w:r w:rsidRPr="002A3CE4">
        <w:rPr>
          <w:rFonts w:ascii="Arial" w:hAnsi="Arial" w:cs="Arial"/>
        </w:rPr>
        <w:t>__________________</w:t>
      </w:r>
    </w:p>
    <w:p w14:paraId="735FBBB7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3AB15457" w14:textId="77777777" w:rsidR="00DE6842" w:rsidRDefault="0028279A" w:rsidP="0028279A">
      <w:pPr>
        <w:tabs>
          <w:tab w:val="left" w:pos="142"/>
        </w:tabs>
        <w:ind w:left="-284" w:right="-432"/>
        <w:jc w:val="center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DICHIARA</w:t>
      </w:r>
    </w:p>
    <w:p w14:paraId="46A5FFEC" w14:textId="77777777" w:rsidR="002A3CE4" w:rsidRPr="002A3CE4" w:rsidRDefault="002A3CE4" w:rsidP="0028279A">
      <w:pPr>
        <w:tabs>
          <w:tab w:val="left" w:pos="142"/>
        </w:tabs>
        <w:ind w:left="-284" w:right="-432"/>
        <w:jc w:val="center"/>
        <w:rPr>
          <w:rFonts w:ascii="Arial" w:hAnsi="Arial" w:cs="Arial"/>
          <w:b/>
          <w:bCs/>
        </w:rPr>
      </w:pPr>
    </w:p>
    <w:p w14:paraId="776512DC" w14:textId="696C1674" w:rsidR="00DE6842" w:rsidRPr="002A3CE4" w:rsidRDefault="0028279A" w:rsidP="0028279A">
      <w:pPr>
        <w:tabs>
          <w:tab w:val="left" w:pos="142"/>
        </w:tabs>
        <w:ind w:left="-284" w:right="-432"/>
        <w:jc w:val="both"/>
        <w:rPr>
          <w:rFonts w:ascii="Arial" w:hAnsi="Arial" w:cs="Arial"/>
        </w:rPr>
      </w:pPr>
      <w:r w:rsidRPr="002A3CE4">
        <w:rPr>
          <w:rFonts w:ascii="Arial" w:hAnsi="Arial" w:cs="Arial"/>
        </w:rPr>
        <w:t>ai sensi e per gli effetti dell’art. 47 del D.P.R. 28 dicembre 2000, n. 445,</w:t>
      </w:r>
      <w:r w:rsidR="002A3CE4">
        <w:rPr>
          <w:rFonts w:ascii="Arial" w:hAnsi="Arial" w:cs="Arial"/>
        </w:rPr>
        <w:t xml:space="preserve"> </w:t>
      </w:r>
      <w:proofErr w:type="spellStart"/>
      <w:r w:rsidRPr="002A3CE4">
        <w:rPr>
          <w:rFonts w:ascii="Arial" w:hAnsi="Arial" w:cs="Arial"/>
        </w:rPr>
        <w:t>che</w:t>
      </w:r>
      <w:proofErr w:type="spellEnd"/>
      <w:r w:rsidRPr="002A3CE4">
        <w:rPr>
          <w:rFonts w:ascii="Arial" w:hAnsi="Arial" w:cs="Arial"/>
        </w:rPr>
        <w:t xml:space="preserve"> le </w:t>
      </w:r>
      <w:proofErr w:type="spellStart"/>
      <w:r w:rsidRPr="002A3CE4">
        <w:rPr>
          <w:rFonts w:ascii="Arial" w:hAnsi="Arial" w:cs="Arial"/>
        </w:rPr>
        <w:t>spese</w:t>
      </w:r>
      <w:proofErr w:type="spellEnd"/>
      <w:r w:rsidRPr="002A3CE4">
        <w:rPr>
          <w:rFonts w:ascii="Arial" w:hAnsi="Arial" w:cs="Arial"/>
        </w:rPr>
        <w:t xml:space="preserve"> </w:t>
      </w:r>
      <w:proofErr w:type="spellStart"/>
      <w:r w:rsidRPr="002A3CE4">
        <w:rPr>
          <w:rFonts w:ascii="Arial" w:hAnsi="Arial" w:cs="Arial"/>
        </w:rPr>
        <w:t>generali</w:t>
      </w:r>
      <w:proofErr w:type="spellEnd"/>
      <w:r w:rsidRPr="002A3CE4">
        <w:rPr>
          <w:rFonts w:ascii="Arial" w:hAnsi="Arial" w:cs="Arial"/>
        </w:rPr>
        <w:t>, per un importo pari a € ____________, sono state effettivamente e concretamente sostenute nel corso della realizzazione del progetto:</w:t>
      </w:r>
    </w:p>
    <w:p w14:paraId="7B917409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ID: __________   CUP: __________</w:t>
      </w:r>
    </w:p>
    <w:p w14:paraId="161D6FB0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02527481" w14:textId="77777777" w:rsidR="00DE6842" w:rsidRPr="002A3CE4" w:rsidRDefault="0028279A" w:rsidP="0028279A">
      <w:pPr>
        <w:tabs>
          <w:tab w:val="left" w:pos="142"/>
        </w:tabs>
        <w:ind w:left="-284" w:right="-432"/>
        <w:jc w:val="center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SI IMPEGNA</w:t>
      </w:r>
    </w:p>
    <w:p w14:paraId="304C29DE" w14:textId="77777777" w:rsidR="00DE6842" w:rsidRPr="002A3CE4" w:rsidRDefault="0028279A" w:rsidP="0028279A">
      <w:pPr>
        <w:tabs>
          <w:tab w:val="left" w:pos="142"/>
        </w:tabs>
        <w:ind w:left="-284" w:right="-432"/>
        <w:jc w:val="both"/>
        <w:rPr>
          <w:rFonts w:ascii="Arial" w:hAnsi="Arial" w:cs="Arial"/>
        </w:rPr>
      </w:pPr>
      <w:r w:rsidRPr="002A3CE4">
        <w:rPr>
          <w:rFonts w:ascii="Arial" w:hAnsi="Arial" w:cs="Arial"/>
        </w:rPr>
        <w:t xml:space="preserve">a conservare la relativa documentazione giustificativa agli atti </w:t>
      </w:r>
      <w:r w:rsidRPr="002A3CE4">
        <w:rPr>
          <w:rFonts w:ascii="Arial" w:hAnsi="Arial" w:cs="Arial"/>
        </w:rPr>
        <w:t>dell’impresa, al fine di consentirne l’eventuale esibizione in caso di controlli futuri.</w:t>
      </w:r>
    </w:p>
    <w:p w14:paraId="74EEFB8B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009F32FC" w14:textId="0F9BAB6F" w:rsidR="00DE6842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proofErr w:type="spellStart"/>
      <w:r w:rsidRPr="002A3CE4">
        <w:rPr>
          <w:rFonts w:ascii="Arial" w:hAnsi="Arial" w:cs="Arial"/>
        </w:rPr>
        <w:t>Luogo</w:t>
      </w:r>
      <w:proofErr w:type="spellEnd"/>
      <w:r w:rsidRPr="002A3CE4">
        <w:rPr>
          <w:rFonts w:ascii="Arial" w:hAnsi="Arial" w:cs="Arial"/>
        </w:rPr>
        <w:t xml:space="preserve"> e data: ___________________________</w:t>
      </w:r>
    </w:p>
    <w:p w14:paraId="1650A6F6" w14:textId="77777777" w:rsidR="0028279A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43F5990B" w14:textId="77777777" w:rsidR="0028279A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6A09D370" w14:textId="77777777" w:rsidR="0028279A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500EB0EC" w14:textId="3BBE092C" w:rsidR="0028279A" w:rsidRPr="002A3CE4" w:rsidRDefault="0028279A" w:rsidP="0028279A">
      <w:pPr>
        <w:tabs>
          <w:tab w:val="left" w:pos="142"/>
        </w:tabs>
        <w:ind w:left="-284" w:right="-432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Firmato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digitalmente</w:t>
      </w:r>
      <w:proofErr w:type="spellEnd"/>
      <w:r>
        <w:rPr>
          <w:rStyle w:val="Rimandonotaapidipagina"/>
          <w:rFonts w:ascii="Arial" w:hAnsi="Arial" w:cs="Arial"/>
        </w:rPr>
        <w:footnoteReference w:id="1"/>
      </w:r>
    </w:p>
    <w:sectPr w:rsidR="0028279A" w:rsidRPr="002A3CE4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781D8" w14:textId="77777777" w:rsidR="002A3CE4" w:rsidRDefault="002A3CE4" w:rsidP="002A3CE4">
      <w:pPr>
        <w:spacing w:after="0" w:line="240" w:lineRule="auto"/>
      </w:pPr>
      <w:r>
        <w:separator/>
      </w:r>
    </w:p>
  </w:endnote>
  <w:endnote w:type="continuationSeparator" w:id="0">
    <w:p w14:paraId="6B60469A" w14:textId="77777777" w:rsidR="002A3CE4" w:rsidRDefault="002A3CE4" w:rsidP="002A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E23B4" w14:textId="77777777" w:rsidR="002A3CE4" w:rsidRDefault="002A3CE4" w:rsidP="002A3CE4">
      <w:pPr>
        <w:spacing w:after="0" w:line="240" w:lineRule="auto"/>
      </w:pPr>
      <w:r>
        <w:separator/>
      </w:r>
    </w:p>
  </w:footnote>
  <w:footnote w:type="continuationSeparator" w:id="0">
    <w:p w14:paraId="08356E80" w14:textId="77777777" w:rsidR="002A3CE4" w:rsidRDefault="002A3CE4" w:rsidP="002A3CE4">
      <w:pPr>
        <w:spacing w:after="0" w:line="240" w:lineRule="auto"/>
      </w:pPr>
      <w:r>
        <w:continuationSeparator/>
      </w:r>
    </w:p>
  </w:footnote>
  <w:footnote w:id="1">
    <w:p w14:paraId="0472A55E" w14:textId="5E804F72" w:rsidR="0028279A" w:rsidRPr="0028279A" w:rsidRDefault="0028279A" w:rsidP="0028279A">
      <w:pPr>
        <w:pStyle w:val="Testonotaapidipagina"/>
        <w:ind w:left="-284" w:right="-432"/>
        <w:jc w:val="both"/>
        <w:rPr>
          <w:rFonts w:ascii="Arial" w:hAnsi="Arial" w:cs="Arial"/>
          <w:sz w:val="18"/>
          <w:szCs w:val="18"/>
          <w:lang w:val="it-IT"/>
        </w:rPr>
      </w:pPr>
      <w:r w:rsidRPr="0028279A">
        <w:rPr>
          <w:rStyle w:val="Rimandonotaapidipagina"/>
          <w:rFonts w:ascii="Arial" w:hAnsi="Arial" w:cs="Arial"/>
          <w:sz w:val="18"/>
          <w:szCs w:val="18"/>
        </w:rPr>
        <w:footnoteRef/>
      </w:r>
      <w:r w:rsidRPr="0028279A">
        <w:rPr>
          <w:rFonts w:ascii="Arial" w:hAnsi="Arial" w:cs="Arial"/>
          <w:sz w:val="18"/>
          <w:szCs w:val="18"/>
        </w:rPr>
        <w:t xml:space="preserve"> </w:t>
      </w:r>
      <w:r w:rsidRPr="0028279A">
        <w:rPr>
          <w:rFonts w:ascii="Arial" w:hAnsi="Arial" w:cs="Arial"/>
          <w:sz w:val="18"/>
          <w:szCs w:val="18"/>
        </w:rPr>
        <w:t xml:space="preserve">Il </w:t>
      </w:r>
      <w:proofErr w:type="spellStart"/>
      <w:r w:rsidRPr="0028279A">
        <w:rPr>
          <w:rFonts w:ascii="Arial" w:hAnsi="Arial" w:cs="Arial"/>
          <w:sz w:val="18"/>
          <w:szCs w:val="18"/>
        </w:rPr>
        <w:t>presente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modello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deve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essere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sottoscritto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del </w:t>
      </w:r>
      <w:proofErr w:type="spellStart"/>
      <w:r w:rsidRPr="0028279A">
        <w:rPr>
          <w:rFonts w:ascii="Arial" w:hAnsi="Arial" w:cs="Arial"/>
          <w:sz w:val="18"/>
          <w:szCs w:val="18"/>
        </w:rPr>
        <w:t>legale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rappresentante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dell’Impresa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Capofila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o, </w:t>
      </w:r>
      <w:proofErr w:type="spellStart"/>
      <w:r w:rsidRPr="0028279A">
        <w:rPr>
          <w:rFonts w:ascii="Arial" w:hAnsi="Arial" w:cs="Arial"/>
          <w:sz w:val="18"/>
          <w:szCs w:val="18"/>
        </w:rPr>
        <w:t>nei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casi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di cui alle </w:t>
      </w:r>
      <w:proofErr w:type="spellStart"/>
      <w:r w:rsidRPr="0028279A">
        <w:rPr>
          <w:rFonts w:ascii="Arial" w:hAnsi="Arial" w:cs="Arial"/>
          <w:sz w:val="18"/>
          <w:szCs w:val="18"/>
        </w:rPr>
        <w:t>lett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. B,C,D del </w:t>
      </w:r>
      <w:proofErr w:type="spellStart"/>
      <w:r w:rsidRPr="0028279A">
        <w:rPr>
          <w:rFonts w:ascii="Arial" w:hAnsi="Arial" w:cs="Arial"/>
          <w:sz w:val="18"/>
          <w:szCs w:val="18"/>
        </w:rPr>
        <w:t>paragrafo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2.1 </w:t>
      </w:r>
      <w:proofErr w:type="spellStart"/>
      <w:r w:rsidRPr="0028279A">
        <w:rPr>
          <w:rFonts w:ascii="Arial" w:hAnsi="Arial" w:cs="Arial"/>
          <w:sz w:val="18"/>
          <w:szCs w:val="18"/>
        </w:rPr>
        <w:t>dell’Avviso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, dal </w:t>
      </w:r>
      <w:proofErr w:type="spellStart"/>
      <w:r w:rsidRPr="0028279A">
        <w:rPr>
          <w:rFonts w:ascii="Arial" w:hAnsi="Arial" w:cs="Arial"/>
          <w:sz w:val="18"/>
          <w:szCs w:val="18"/>
        </w:rPr>
        <w:t>legale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rappresentante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del </w:t>
      </w:r>
      <w:proofErr w:type="spellStart"/>
      <w:r w:rsidRPr="0028279A">
        <w:rPr>
          <w:rFonts w:ascii="Arial" w:hAnsi="Arial" w:cs="Arial"/>
          <w:sz w:val="18"/>
          <w:szCs w:val="18"/>
        </w:rPr>
        <w:t>soggetto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giuridico</w:t>
      </w:r>
      <w:proofErr w:type="spellEnd"/>
      <w:r w:rsidRPr="002827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8279A">
        <w:rPr>
          <w:rFonts w:ascii="Arial" w:hAnsi="Arial" w:cs="Arial"/>
          <w:sz w:val="18"/>
          <w:szCs w:val="18"/>
        </w:rPr>
        <w:t>proponente</w:t>
      </w:r>
      <w:proofErr w:type="spellEnd"/>
      <w:r w:rsidRPr="0028279A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59609" w14:textId="77655897" w:rsidR="002A3CE4" w:rsidRDefault="002A3CE4">
    <w:pPr>
      <w:pStyle w:val="Intestazione"/>
    </w:pPr>
    <w:r>
      <w:rPr>
        <w:noProof/>
      </w:rPr>
      <w:drawing>
        <wp:inline distT="0" distB="0" distL="0" distR="0" wp14:anchorId="06048581" wp14:editId="4EA7D151">
          <wp:extent cx="5486400" cy="631295"/>
          <wp:effectExtent l="0" t="0" r="0" b="5080"/>
          <wp:docPr id="7" name="Immagin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5486400" cy="631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82169085">
    <w:abstractNumId w:val="8"/>
  </w:num>
  <w:num w:numId="2" w16cid:durableId="700086148">
    <w:abstractNumId w:val="6"/>
  </w:num>
  <w:num w:numId="3" w16cid:durableId="715469290">
    <w:abstractNumId w:val="5"/>
  </w:num>
  <w:num w:numId="4" w16cid:durableId="749542534">
    <w:abstractNumId w:val="4"/>
  </w:num>
  <w:num w:numId="5" w16cid:durableId="340931865">
    <w:abstractNumId w:val="7"/>
  </w:num>
  <w:num w:numId="6" w16cid:durableId="1507789020">
    <w:abstractNumId w:val="3"/>
  </w:num>
  <w:num w:numId="7" w16cid:durableId="149368653">
    <w:abstractNumId w:val="2"/>
  </w:num>
  <w:num w:numId="8" w16cid:durableId="1155950218">
    <w:abstractNumId w:val="1"/>
  </w:num>
  <w:num w:numId="9" w16cid:durableId="122521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8279A"/>
    <w:rsid w:val="0029639D"/>
    <w:rsid w:val="002A3CE4"/>
    <w:rsid w:val="00326F90"/>
    <w:rsid w:val="008F44DF"/>
    <w:rsid w:val="00AA1D8D"/>
    <w:rsid w:val="00B47730"/>
    <w:rsid w:val="00CB0664"/>
    <w:rsid w:val="00DE68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FEE9BE"/>
  <w14:defaultImageDpi w14:val="300"/>
  <w15:docId w15:val="{F5F2DC22-ABCA-4F1C-B7C7-B2C93836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279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279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27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Angela Cecconi</cp:lastModifiedBy>
  <cp:revision>2</cp:revision>
  <dcterms:created xsi:type="dcterms:W3CDTF">2025-08-26T14:20:00Z</dcterms:created>
  <dcterms:modified xsi:type="dcterms:W3CDTF">2025-08-26T14:20:00Z</dcterms:modified>
  <cp:category/>
</cp:coreProperties>
</file>